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123456"/>
          <w:sz w:val="32"/>
        </w:rPr>
        <w:t>SUÇ DUYURUSU DİLEKÇESİ ÖRNEĞİ</w:t>
      </w:r>
    </w:p>
    <w:p>
      <w:pPr>
        <w:jc w:val="center"/>
      </w:pPr>
      <w:r>
        <w:rPr>
          <w:i/>
          <w:color w:val="505050"/>
          <w:sz w:val="20"/>
        </w:rPr>
        <w:t>Cumhuriyet Başsavcılığına Sunulmak Üzere Genel Şikayet Dilekçesi Taslağı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746"/>
      </w:tblGrid>
      <w:tr>
        <w:tc>
          <w:tcPr>
            <w:tcW w:type="dxa" w:w="9746"/>
            <w:vAlign w:val="center"/>
            <w:shd w:fill="F8FAFC"/>
            <w:top w:val="single" w:sz="8" w:space="0" w:color="CBD5E1"/>
            <w:left w:val="single" w:sz="8" w:space="0" w:color="CBD5E1"/>
            <w:bottom w:val="single" w:sz="8" w:space="0" w:color="CBD5E1"/>
            <w:right w:val="single" w:sz="8" w:space="0" w:color="CBD5E1"/>
          </w:tcPr>
          <w:p>
            <w:r/>
            <w:r>
              <w:rPr>
                <w:rFonts w:ascii="Arial" w:hAnsi="Arial"/>
                <w:b/>
                <w:color w:val="123456"/>
                <w:sz w:val="19"/>
              </w:rPr>
              <w:t xml:space="preserve">Not: </w:t>
            </w:r>
            <w:r>
              <w:rPr>
                <w:rFonts w:ascii="Arial" w:hAnsi="Arial"/>
                <w:sz w:val="19"/>
              </w:rPr>
              <w:t>Bu dosya, genel suç duyurusu dilekçesi örneğidir. Hakaret, tehdit, dolandırıcılık, yaralama, bilişim suçu veya başka bir suç tipi için olay, delil ve talepler somut duruma göre düzenlenmelidir.</w:t>
            </w:r>
          </w:p>
        </w:tc>
      </w:tr>
    </w:tbl>
    <w:p/>
    <w:p>
      <w:pPr>
        <w:jc w:val="center"/>
      </w:pPr>
      <w:r>
        <w:rPr>
          <w:b/>
          <w:sz w:val="24"/>
        </w:rPr>
        <w:t>T.C.</w:t>
        <w:br/>
        <w:t>................................ CUMHURİYET BAŞSAVCILIĞINA</w:t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4873"/>
        <w:gridCol w:w="4873"/>
      </w:tblGrid>
      <w:tr>
        <w:tc>
          <w:tcPr>
            <w:tcW w:type="dxa" w:w="2268"/>
            <w:top w:val="single" w:sz="4" w:space="0" w:color="D9E2EC"/>
            <w:left w:val="single" w:sz="4" w:space="0" w:color="D9E2EC"/>
            <w:bottom w:val="single" w:sz="4" w:space="0" w:color="D9E2EC"/>
            <w:right w:val="single" w:sz="4" w:space="0" w:color="D9E2EC"/>
            <w:vAlign w:val="top"/>
          </w:tcPr>
          <w:p>
            <w:r>
              <w:rPr>
                <w:rFonts w:ascii="Arial" w:hAnsi="Arial"/>
                <w:b/>
                <w:sz w:val="20"/>
              </w:rPr>
              <w:t>ŞİKAYETÇİ :</w:t>
            </w:r>
          </w:p>
        </w:tc>
        <w:tc>
          <w:tcPr>
            <w:tcW w:type="dxa" w:w="6803"/>
            <w:top w:val="single" w:sz="4" w:space="0" w:color="D9E2EC"/>
            <w:left w:val="single" w:sz="4" w:space="0" w:color="D9E2EC"/>
            <w:bottom w:val="single" w:sz="4" w:space="0" w:color="D9E2EC"/>
            <w:right w:val="single" w:sz="4" w:space="0" w:color="D9E2EC"/>
            <w:vAlign w:val="top"/>
          </w:tcPr>
          <w:p>
            <w:r>
              <w:rPr>
                <w:rFonts w:ascii="Arial" w:hAnsi="Arial"/>
                <w:sz w:val="20"/>
              </w:rPr>
              <w:t>Ad Soyad: ................................................</w:t>
              <w:br/>
              <w:t>T.C. Kimlik No: ............................................</w:t>
              <w:br/>
              <w:t>Adres: ....................................................</w:t>
              <w:br/>
              <w:t>Telefon/E-posta: ...........................................</w:t>
            </w:r>
          </w:p>
        </w:tc>
      </w:tr>
      <w:tr>
        <w:tc>
          <w:tcPr>
            <w:tcW w:type="dxa" w:w="2268"/>
            <w:top w:val="single" w:sz="4" w:space="0" w:color="D9E2EC"/>
            <w:left w:val="single" w:sz="4" w:space="0" w:color="D9E2EC"/>
            <w:bottom w:val="single" w:sz="4" w:space="0" w:color="D9E2EC"/>
            <w:right w:val="single" w:sz="4" w:space="0" w:color="D9E2EC"/>
            <w:vAlign w:val="top"/>
          </w:tcPr>
          <w:p>
            <w:r>
              <w:rPr>
                <w:rFonts w:ascii="Arial" w:hAnsi="Arial"/>
                <w:b/>
                <w:sz w:val="20"/>
              </w:rPr>
              <w:t>VEKİLİ :</w:t>
            </w:r>
          </w:p>
        </w:tc>
        <w:tc>
          <w:tcPr>
            <w:tcW w:type="dxa" w:w="6803"/>
            <w:top w:val="single" w:sz="4" w:space="0" w:color="D9E2EC"/>
            <w:left w:val="single" w:sz="4" w:space="0" w:color="D9E2EC"/>
            <w:bottom w:val="single" w:sz="4" w:space="0" w:color="D9E2EC"/>
            <w:right w:val="single" w:sz="4" w:space="0" w:color="D9E2EC"/>
            <w:vAlign w:val="top"/>
          </w:tcPr>
          <w:p>
            <w:r>
              <w:rPr>
                <w:rFonts w:ascii="Arial" w:hAnsi="Arial"/>
                <w:sz w:val="20"/>
              </w:rPr>
              <w:t>Av. ......................................................</w:t>
              <w:br/>
              <w:t>Adres: ....................................................</w:t>
            </w:r>
          </w:p>
        </w:tc>
      </w:tr>
      <w:tr>
        <w:tc>
          <w:tcPr>
            <w:tcW w:type="dxa" w:w="2268"/>
            <w:top w:val="single" w:sz="4" w:space="0" w:color="D9E2EC"/>
            <w:left w:val="single" w:sz="4" w:space="0" w:color="D9E2EC"/>
            <w:bottom w:val="single" w:sz="4" w:space="0" w:color="D9E2EC"/>
            <w:right w:val="single" w:sz="4" w:space="0" w:color="D9E2EC"/>
            <w:vAlign w:val="top"/>
          </w:tcPr>
          <w:p>
            <w:r>
              <w:rPr>
                <w:rFonts w:ascii="Arial" w:hAnsi="Arial"/>
                <w:b/>
                <w:sz w:val="20"/>
              </w:rPr>
              <w:t>ŞÜPHELİ :</w:t>
            </w:r>
          </w:p>
        </w:tc>
        <w:tc>
          <w:tcPr>
            <w:tcW w:type="dxa" w:w="6803"/>
            <w:top w:val="single" w:sz="4" w:space="0" w:color="D9E2EC"/>
            <w:left w:val="single" w:sz="4" w:space="0" w:color="D9E2EC"/>
            <w:bottom w:val="single" w:sz="4" w:space="0" w:color="D9E2EC"/>
            <w:right w:val="single" w:sz="4" w:space="0" w:color="D9E2EC"/>
            <w:vAlign w:val="top"/>
          </w:tcPr>
          <w:p>
            <w:r>
              <w:rPr>
                <w:rFonts w:ascii="Arial" w:hAnsi="Arial"/>
                <w:sz w:val="20"/>
              </w:rPr>
              <w:t>Ad Soyad / Telefon / Kullanıcı adı / Sosyal medya hesabı / IBAN / Adres: ................................................</w:t>
              <w:br/>
              <w:t>Bilinmiyorsa: Kimlik bilgilerinin tespiti talep olunur.</w:t>
            </w:r>
          </w:p>
        </w:tc>
      </w:tr>
      <w:tr>
        <w:tc>
          <w:tcPr>
            <w:tcW w:type="dxa" w:w="2268"/>
            <w:top w:val="single" w:sz="4" w:space="0" w:color="D9E2EC"/>
            <w:left w:val="single" w:sz="4" w:space="0" w:color="D9E2EC"/>
            <w:bottom w:val="single" w:sz="4" w:space="0" w:color="D9E2EC"/>
            <w:right w:val="single" w:sz="4" w:space="0" w:color="D9E2EC"/>
            <w:vAlign w:val="top"/>
          </w:tcPr>
          <w:p>
            <w:r>
              <w:rPr>
                <w:rFonts w:ascii="Arial" w:hAnsi="Arial"/>
                <w:b/>
                <w:sz w:val="20"/>
              </w:rPr>
              <w:t>SUÇ :</w:t>
            </w:r>
          </w:p>
        </w:tc>
        <w:tc>
          <w:tcPr>
            <w:tcW w:type="dxa" w:w="6803"/>
            <w:top w:val="single" w:sz="4" w:space="0" w:color="D9E2EC"/>
            <w:left w:val="single" w:sz="4" w:space="0" w:color="D9E2EC"/>
            <w:bottom w:val="single" w:sz="4" w:space="0" w:color="D9E2EC"/>
            <w:right w:val="single" w:sz="4" w:space="0" w:color="D9E2EC"/>
            <w:vAlign w:val="top"/>
          </w:tcPr>
          <w:p>
            <w:r>
              <w:rPr>
                <w:rFonts w:ascii="Arial" w:hAnsi="Arial"/>
                <w:sz w:val="20"/>
              </w:rPr>
              <w:t>Olayın niteliğine göre: hakaret / tehdit / dolandırıcılık / yaralama / özel hayatın gizliliğini ihlal / bilişim suçu / diğer.</w:t>
            </w:r>
          </w:p>
        </w:tc>
      </w:tr>
      <w:tr>
        <w:tc>
          <w:tcPr>
            <w:tcW w:type="dxa" w:w="2268"/>
            <w:top w:val="single" w:sz="4" w:space="0" w:color="D9E2EC"/>
            <w:left w:val="single" w:sz="4" w:space="0" w:color="D9E2EC"/>
            <w:bottom w:val="single" w:sz="4" w:space="0" w:color="D9E2EC"/>
            <w:right w:val="single" w:sz="4" w:space="0" w:color="D9E2EC"/>
            <w:vAlign w:val="top"/>
          </w:tcPr>
          <w:p>
            <w:r>
              <w:rPr>
                <w:rFonts w:ascii="Arial" w:hAnsi="Arial"/>
                <w:b/>
                <w:sz w:val="20"/>
              </w:rPr>
              <w:t>SUÇ TARİHİ :</w:t>
            </w:r>
          </w:p>
        </w:tc>
        <w:tc>
          <w:tcPr>
            <w:tcW w:type="dxa" w:w="6803"/>
            <w:top w:val="single" w:sz="4" w:space="0" w:color="D9E2EC"/>
            <w:left w:val="single" w:sz="4" w:space="0" w:color="D9E2EC"/>
            <w:bottom w:val="single" w:sz="4" w:space="0" w:color="D9E2EC"/>
            <w:right w:val="single" w:sz="4" w:space="0" w:color="D9E2EC"/>
            <w:vAlign w:val="top"/>
          </w:tcPr>
          <w:p>
            <w:r>
              <w:rPr>
                <w:rFonts w:ascii="Arial" w:hAnsi="Arial"/>
                <w:sz w:val="20"/>
              </w:rPr>
              <w:t>..... / ..... / 20.....</w:t>
            </w:r>
          </w:p>
        </w:tc>
      </w:tr>
      <w:tr>
        <w:tc>
          <w:tcPr>
            <w:tcW w:type="dxa" w:w="2268"/>
            <w:top w:val="single" w:sz="4" w:space="0" w:color="D9E2EC"/>
            <w:left w:val="single" w:sz="4" w:space="0" w:color="D9E2EC"/>
            <w:bottom w:val="single" w:sz="4" w:space="0" w:color="D9E2EC"/>
            <w:right w:val="single" w:sz="4" w:space="0" w:color="D9E2EC"/>
            <w:vAlign w:val="top"/>
          </w:tcPr>
          <w:p>
            <w:r>
              <w:rPr>
                <w:rFonts w:ascii="Arial" w:hAnsi="Arial"/>
                <w:b/>
                <w:sz w:val="20"/>
              </w:rPr>
              <w:t>KONU :</w:t>
            </w:r>
          </w:p>
        </w:tc>
        <w:tc>
          <w:tcPr>
            <w:tcW w:type="dxa" w:w="6803"/>
            <w:top w:val="single" w:sz="4" w:space="0" w:color="D9E2EC"/>
            <w:left w:val="single" w:sz="4" w:space="0" w:color="D9E2EC"/>
            <w:bottom w:val="single" w:sz="4" w:space="0" w:color="D9E2EC"/>
            <w:right w:val="single" w:sz="4" w:space="0" w:color="D9E2EC"/>
            <w:vAlign w:val="top"/>
          </w:tcPr>
          <w:p>
            <w:r>
              <w:rPr>
                <w:rFonts w:ascii="Arial" w:hAnsi="Arial"/>
                <w:sz w:val="20"/>
              </w:rPr>
              <w:t>Şüpheli/şüpheliler hakkında suç duyurusunda bulunulması, delillerin toplanması ve soruşturma yürütülmesi talebimizden ibarettir.</w:t>
            </w:r>
          </w:p>
        </w:tc>
      </w:tr>
    </w:tbl>
    <w:p/>
    <w:p>
      <w:r>
        <w:rPr>
          <w:b/>
          <w:color w:val="123456"/>
          <w:sz w:val="24"/>
        </w:rPr>
        <w:t>AÇIKLAMALAR</w:t>
      </w:r>
    </w:p>
    <w:p>
      <w:pPr>
        <w:spacing w:after="160" w:line="288" w:lineRule="auto"/>
      </w:pPr>
      <w:r>
        <w:rPr>
          <w:rFonts w:ascii="Arial" w:hAnsi="Arial"/>
          <w:sz w:val="21"/>
        </w:rPr>
        <w:t>1. Şüpheli/şüpheliler tarafından ..... / ..... / 20..... tarihinde tarafıma karşı suç teşkil eden eylemler gerçekleştirilmiştir. Olay, özetle şu şekilde meydana gelmiştir:</w:t>
      </w:r>
    </w:p>
    <w:p>
      <w:pPr>
        <w:spacing w:after="160" w:line="288" w:lineRule="auto"/>
      </w:pPr>
      <w:r>
        <w:rPr>
          <w:rFonts w:ascii="Arial" w:hAnsi="Arial"/>
          <w:sz w:val="21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>
      <w:pPr>
        <w:spacing w:after="160" w:line="288" w:lineRule="auto"/>
      </w:pPr>
      <w:r>
        <w:rPr>
          <w:rFonts w:ascii="Arial" w:hAnsi="Arial"/>
          <w:sz w:val="21"/>
        </w:rPr>
        <w:t>2. Şüpheli, olay tarihinde tarafıma yönelik olarak ............................................................................................................................... şeklinde davranmış / beyanda bulunmuş / mesaj göndermiş / işlem yapmıştır. Bu eylem nedeniyle mağdur oldum ve şikayetçi olma zorunluluğu doğmuştur.</w:t>
      </w:r>
    </w:p>
    <w:p>
      <w:pPr>
        <w:spacing w:after="160" w:line="288" w:lineRule="auto"/>
      </w:pPr>
      <w:r>
        <w:rPr>
          <w:rFonts w:ascii="Arial" w:hAnsi="Arial"/>
          <w:sz w:val="21"/>
        </w:rPr>
        <w:t>3. Olayı destekleyen deliller; mesaj kayıtları, ekran görüntüleri, kamera kayıtları, tanık beyanları, banka dekontları, sosyal medya profilleri, telefon numarası, IBAN bilgileri, sağlık raporu, kolluk tutanağı ve diğer bilgi/belgelerden oluşmaktadır.</w:t>
      </w:r>
    </w:p>
    <w:p>
      <w:pPr>
        <w:spacing w:after="160" w:line="288" w:lineRule="auto"/>
      </w:pPr>
      <w:r>
        <w:rPr>
          <w:rFonts w:ascii="Arial" w:hAnsi="Arial"/>
          <w:sz w:val="21"/>
        </w:rPr>
        <w:t>4. Şüphelinin kimlik bilgileri bilinmiyorsa, telefon numarası, IP kayıtları, sosyal medya hesabı, banka hesabı, kamera görüntüsü, plaka bilgisi veya diğer dijital/fiili izler üzerinden tespit edilmesini talep ederim.</w:t>
      </w:r>
    </w:p>
    <w:p>
      <w:pPr>
        <w:spacing w:after="160" w:line="288" w:lineRule="auto"/>
      </w:pPr>
      <w:r>
        <w:rPr>
          <w:rFonts w:ascii="Arial" w:hAnsi="Arial"/>
          <w:sz w:val="21"/>
        </w:rPr>
        <w:t>5. Açıklanan nedenlerle şüpheli/şüpheliler hakkında soruşturma başlatılmasını, delillerin toplanmasını ve kamu davası açılması için gerekli işlemlerin yapılmasını talep ederim.</w:t>
      </w:r>
    </w:p>
    <w:p>
      <w:r>
        <w:rPr>
          <w:b/>
          <w:color w:val="123456"/>
          <w:sz w:val="24"/>
        </w:rPr>
        <w:t>HUKUKİ NEDENLER</w:t>
      </w:r>
    </w:p>
    <w:p>
      <w:r>
        <w:t>Türk Ceza Kanunu, Ceza Muhakemesi Kanunu ve ilgili mevzuat.</w:t>
      </w:r>
    </w:p>
    <w:p>
      <w:r>
        <w:rPr>
          <w:b/>
          <w:color w:val="123456"/>
          <w:sz w:val="24"/>
        </w:rPr>
        <w:t>DELİLLER</w:t>
      </w:r>
    </w:p>
    <w:p>
      <w:r>
        <w:t>Mesaj kayıtları, ekran görüntüleri, e-posta yazışmaları, sosyal medya kayıtları, kamera kayıtları, banka dekontları, IBAN bilgileri, sağlık raporu, kolluk tutanakları, tanık beyanları, bilirkişi incelemesi ve her türlü yasal delil.</w:t>
      </w:r>
    </w:p>
    <w:p>
      <w:r>
        <w:rPr>
          <w:b/>
          <w:color w:val="123456"/>
          <w:sz w:val="24"/>
        </w:rPr>
        <w:t>SONUÇ VE TALEP</w:t>
      </w:r>
    </w:p>
    <w:p>
      <w:r>
        <w:t>Yukarıda açıklanan nedenlerle;</w:t>
      </w:r>
    </w:p>
    <w:p>
      <w:r>
        <w:t>1. Şüpheli/şüphelilerin kimlik bilgilerinin tespit edilmesini,</w:t>
      </w:r>
    </w:p>
    <w:p>
      <w:r>
        <w:t>2. Şüpheli/şüpheliler hakkında gerekli soruşturmanın başlatılmasını,</w:t>
      </w:r>
    </w:p>
    <w:p>
      <w:r>
        <w:t>3. Delillerin toplanmasını ve ilgili kurumlardan kayıtların istenmesini,</w:t>
      </w:r>
    </w:p>
    <w:p>
      <w:r>
        <w:t>4. Şüpheli/şüpheliler hakkında kamu davası açılması için gerekli işlemlerin yapılmasını,</w:t>
      </w:r>
    </w:p>
    <w:p>
      <w:r>
        <w:t>saygıyla arz ve talep ederim.</w:t>
      </w:r>
    </w:p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873"/>
        <w:gridCol w:w="4873"/>
      </w:tblGrid>
      <w:tr>
        <w:tc>
          <w:tcPr>
            <w:tcW w:type="dxa" w:w="4873"/>
          </w:tcPr>
          <w:p>
            <w:r>
              <w:rPr>
                <w:rFonts w:ascii="Arial" w:hAnsi="Arial"/>
                <w:sz w:val="20"/>
              </w:rPr>
              <w:t>Tarih: ..... / ..... / 20.....</w:t>
            </w:r>
          </w:p>
        </w:tc>
        <w:tc>
          <w:tcPr>
            <w:tcW w:type="dxa" w:w="4873"/>
          </w:tcPr>
          <w:p>
            <w:pPr>
              <w:jc w:val="center"/>
            </w:pPr>
            <w:r>
              <w:rPr>
                <w:rFonts w:ascii="Arial" w:hAnsi="Arial"/>
                <w:sz w:val="20"/>
              </w:rPr>
              <w:t>Şikayetçi</w:t>
              <w:br/>
              <w:t>Ad Soyad</w:t>
              <w:br/>
              <w:t>İmza</w:t>
            </w:r>
          </w:p>
        </w:tc>
      </w:tr>
      <w:tr>
        <w:tc>
          <w:tcPr>
            <w:tcW w:type="dxa" w:w="4873"/>
          </w:tcPr>
          <w:p>
            <w:r>
              <w:rPr>
                <w:rFonts w:ascii="Arial" w:hAnsi="Arial"/>
                <w:sz w:val="20"/>
              </w:rPr>
            </w:r>
          </w:p>
        </w:tc>
        <w:tc>
          <w:tcPr>
            <w:tcW w:type="dxa" w:w="4873"/>
          </w:tcPr>
          <w:p>
            <w:r>
              <w:rPr>
                <w:rFonts w:ascii="Arial" w:hAnsi="Arial"/>
                <w:sz w:val="20"/>
              </w:rPr>
            </w:r>
          </w:p>
        </w:tc>
      </w:tr>
    </w:tbl>
    <w:p>
      <w:r>
        <w:rPr>
          <w:b/>
          <w:color w:val="123456"/>
          <w:sz w:val="24"/>
        </w:rPr>
        <w:t>DİLEKÇE EKLERİ</w:t>
      </w:r>
    </w:p>
    <w:p>
      <w:r>
        <w:t>1. Ekran görüntüleri / mesaj kayıtları</w:t>
      </w:r>
    </w:p>
    <w:p>
      <w:r>
        <w:t>2. Banka dekontları / IBAN bilgileri</w:t>
      </w:r>
    </w:p>
    <w:p>
      <w:r>
        <w:t>3. Tanık listesi</w:t>
      </w:r>
    </w:p>
    <w:p>
      <w:r>
        <w:t>4. Sağlık raporu / kolluk tutanağı / diğer belgeler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247" w:right="1247" w:bottom="1134" w:left="124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rFonts w:ascii="Arial" w:hAnsi="Arial"/>
        <w:color w:val="5A5A5A"/>
        <w:sz w:val="16"/>
      </w:rPr>
      <w:t>Bu örnek dilekçe somut olayın özelliklerine göre uyarlanmalıdır. Hukuki danışmanlık yerine geçmez.</w:t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center"/>
    </w:pPr>
    <w:r>
      <w:rPr>
        <w:rFonts w:ascii="Arial" w:hAnsi="Arial"/>
        <w:b/>
        <w:color w:val="123456"/>
        <w:sz w:val="18"/>
      </w:rPr>
      <w:t>AV. ZEYNEP ALBAY HUKUK BÜROSU</w:t>
    </w:r>
  </w:p>
  <w:p>
    <w:pPr>
      <w:jc w:val="center"/>
    </w:pPr>
    <w:r>
      <w:rPr>
        <w:rFonts w:ascii="Arial" w:hAnsi="Arial"/>
        <w:color w:val="505050"/>
        <w:sz w:val="16"/>
      </w:rPr>
      <w:t>Suç Duyurusu Dilekçesi Örneği - Genel Bilgilendirme Amaçlıdır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line="276" w:lineRule="auto" w:after="120"/>
    </w:pPr>
    <w:rPr>
      <w:rFonts w:ascii="Arial" w:hAnsi="Arial" w:eastAsia="Arial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Arial" w:hAnsi="Arial" w:eastAsia="Arial"/>
      <w:b/>
      <w:bCs/>
      <w:color w:val="123456"/>
      <w:sz w:val="26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Arial" w:hAnsi="Arial" w:eastAsia="Arial"/>
      <w:b/>
      <w:bCs/>
      <w:color w:val="123456"/>
      <w:sz w:val="22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 w:ascii="Arial" w:hAnsi="Arial" w:eastAsia="Arial"/>
      <w:b/>
      <w:color w:val="123456"/>
      <w:spacing w:val="5"/>
      <w:kern w:val="28"/>
      <w:sz w:val="3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Suç Duyurusu Dilekçesi Örneği</dc:title>
  <dc:subject>Genel suç duyurusu dilekçesi örneği</dc:subject>
  <dc:creator>Av. Zeynep Albay Hukuk Bürosu</dc:creator>
  <cp:keywords>suç duyurusu dilekçesi, şikayet dilekçesi, savcılık dilekçesi</cp:keywords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